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4555" w14:textId="77777777" w:rsidR="00AE6A88" w:rsidRDefault="00000000">
      <w:pPr>
        <w:jc w:val="center"/>
      </w:pPr>
      <w:r>
        <w:rPr>
          <w:b/>
          <w:sz w:val="28"/>
        </w:rPr>
        <w:t>5th ITUM International Research Conference (ITUM IRC 5)</w:t>
      </w:r>
    </w:p>
    <w:p w14:paraId="7B96AD2F" w14:textId="77777777" w:rsidR="00AE6A88" w:rsidRDefault="00000000">
      <w:pPr>
        <w:jc w:val="center"/>
      </w:pPr>
      <w:r>
        <w:rPr>
          <w:b/>
          <w:sz w:val="26"/>
        </w:rPr>
        <w:t>AUTHOR RESPONSE TO REVIEWERS’ COMMENTS</w:t>
      </w:r>
    </w:p>
    <w:p w14:paraId="5E7EE613" w14:textId="77777777" w:rsidR="00AE6A88" w:rsidRDefault="00AE6A88"/>
    <w:p w14:paraId="454D4670" w14:textId="77777777" w:rsidR="00AE6A88" w:rsidRDefault="00000000">
      <w:pPr>
        <w:spacing w:after="60"/>
      </w:pPr>
      <w:r>
        <w:rPr>
          <w:b/>
        </w:rPr>
        <w:t xml:space="preserve">Extended Abstract ID: </w:t>
      </w:r>
      <w:r>
        <w:t>[Insert Submission ID]</w:t>
      </w:r>
    </w:p>
    <w:p w14:paraId="409400DE" w14:textId="77777777" w:rsidR="00AE6A88" w:rsidRDefault="00000000">
      <w:pPr>
        <w:spacing w:after="60"/>
      </w:pPr>
      <w:r>
        <w:rPr>
          <w:b/>
        </w:rPr>
        <w:t xml:space="preserve">Title: </w:t>
      </w:r>
      <w:r>
        <w:t>[Insert Title of Extended Abstract]</w:t>
      </w:r>
    </w:p>
    <w:p w14:paraId="08F217BF" w14:textId="77777777" w:rsidR="00AE6A88" w:rsidRDefault="00000000">
      <w:pPr>
        <w:spacing w:after="60"/>
      </w:pPr>
      <w:r>
        <w:rPr>
          <w:b/>
        </w:rPr>
        <w:t xml:space="preserve">Corresponding Author: </w:t>
      </w:r>
      <w:r>
        <w:t>[Insert Name]</w:t>
      </w:r>
    </w:p>
    <w:p w14:paraId="4A85BEB9" w14:textId="77777777" w:rsidR="00AE6A88" w:rsidRDefault="00000000">
      <w:pPr>
        <w:spacing w:after="60"/>
      </w:pPr>
      <w:r>
        <w:rPr>
          <w:b/>
        </w:rPr>
        <w:t xml:space="preserve">Date of Revised Submission: </w:t>
      </w:r>
      <w:r>
        <w:t>[DD Month YYYY]</w:t>
      </w:r>
    </w:p>
    <w:p w14:paraId="07F28BDD" w14:textId="77777777" w:rsidR="00AE6A88" w:rsidRDefault="00000000">
      <w:r>
        <w:rPr>
          <w:b/>
          <w:sz w:val="24"/>
        </w:rPr>
        <w:t>General Response</w:t>
      </w:r>
    </w:p>
    <w:p w14:paraId="7EEC49CA" w14:textId="77777777" w:rsidR="00AE6A88" w:rsidRDefault="00000000">
      <w:pPr>
        <w:spacing w:after="160"/>
      </w:pPr>
      <w:r>
        <w:t>The authors sincerely thank the reviewer(s) for their careful evaluation and constructive comments. Each comment has been addressed individually and a point-by-point response is provided below. All corresponding changes made to the revised extended abstract have been clearly highlighted to facilitate verification by the reviewers and Editorial Committee.</w:t>
      </w:r>
    </w:p>
    <w:p w14:paraId="49D7C68A" w14:textId="77777777" w:rsidR="00AE6A88" w:rsidRDefault="00000000">
      <w:r>
        <w:rPr>
          <w:b/>
          <w:sz w:val="24"/>
        </w:rPr>
        <w:t>Instructions for Authors</w:t>
      </w:r>
    </w:p>
    <w:p w14:paraId="75E87538" w14:textId="77777777" w:rsidR="00AE6A88" w:rsidRDefault="00000000">
      <w:pPr>
        <w:ind w:left="360" w:hanging="259"/>
      </w:pPr>
      <w:r>
        <w:rPr>
          <w:b/>
        </w:rPr>
        <w:t xml:space="preserve">• </w:t>
      </w:r>
      <w:r>
        <w:t>Copy each reviewer comment exactly into the relevant section below and respond to every comment individually.</w:t>
      </w:r>
    </w:p>
    <w:p w14:paraId="71E5E46B" w14:textId="77777777" w:rsidR="00AE6A88" w:rsidRDefault="00000000">
      <w:pPr>
        <w:ind w:left="360" w:hanging="259"/>
      </w:pPr>
      <w:r>
        <w:rPr>
          <w:b/>
        </w:rPr>
        <w:t xml:space="preserve">• </w:t>
      </w:r>
      <w:r>
        <w:t>Clearly state the specific revision made in response to each comment. Where no change is made, provide a clear academic justification.</w:t>
      </w:r>
    </w:p>
    <w:p w14:paraId="1B78DF79" w14:textId="77777777" w:rsidR="00AE6A88" w:rsidRDefault="00000000">
      <w:pPr>
        <w:ind w:left="360" w:hanging="259"/>
      </w:pPr>
      <w:r>
        <w:rPr>
          <w:b/>
        </w:rPr>
        <w:t xml:space="preserve">• </w:t>
      </w:r>
      <w:r>
        <w:t>Indicate the location of each change in the revised extended abstract (page/section/paragraph, as applicable).</w:t>
      </w:r>
    </w:p>
    <w:p w14:paraId="0721EF84" w14:textId="77777777" w:rsidR="00AE6A88" w:rsidRDefault="00000000">
      <w:pPr>
        <w:ind w:left="360" w:hanging="259"/>
      </w:pPr>
      <w:r>
        <w:rPr>
          <w:b/>
        </w:rPr>
        <w:t xml:space="preserve">• </w:t>
      </w:r>
      <w:r>
        <w:t>Highlight all changes in the revised extended abstract so that they can be readily identified against the corresponding author response.</w:t>
      </w:r>
    </w:p>
    <w:p w14:paraId="3BEE442A" w14:textId="77777777" w:rsidR="00AE6A88" w:rsidRDefault="00000000">
      <w:pPr>
        <w:ind w:left="360" w:hanging="259"/>
      </w:pPr>
      <w:r>
        <w:rPr>
          <w:b/>
        </w:rPr>
        <w:t xml:space="preserve">• </w:t>
      </w:r>
      <w:r>
        <w:t>Submit this completed Author Response document together with the revised extended abstract through CMT within the revision deadline stated in the decision email.</w:t>
      </w:r>
    </w:p>
    <w:p w14:paraId="5BAC23D3" w14:textId="77777777" w:rsidR="008D4B25" w:rsidRDefault="008D4B25">
      <w:pPr>
        <w:ind w:left="360" w:hanging="259"/>
        <w:sectPr w:rsidR="008D4B25" w:rsidSect="00034616">
          <w:footerReference w:type="default" r:id="rId8"/>
          <w:pgSz w:w="12240" w:h="15840"/>
          <w:pgMar w:top="1080" w:right="1224" w:bottom="1080" w:left="1224" w:header="720" w:footer="720" w:gutter="0"/>
          <w:cols w:space="720"/>
          <w:docGrid w:linePitch="360"/>
        </w:sectPr>
      </w:pPr>
    </w:p>
    <w:p w14:paraId="480DFCE8" w14:textId="77777777" w:rsidR="008D4B25" w:rsidRDefault="008D4B25">
      <w:pPr>
        <w:ind w:left="360" w:hanging="259"/>
      </w:pPr>
    </w:p>
    <w:p w14:paraId="3EB9D55A" w14:textId="77777777" w:rsidR="00AE6A88" w:rsidRDefault="00AE6A88"/>
    <w:p w14:paraId="7A3AAC38" w14:textId="77777777" w:rsidR="00AE6A88" w:rsidRDefault="00000000">
      <w:r>
        <w:rPr>
          <w:b/>
          <w:sz w:val="24"/>
        </w:rPr>
        <w:t>Reviewer 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8136"/>
      </w:tblGrid>
      <w:tr w:rsidR="00AE6A88" w14:paraId="58A06A87" w14:textId="77777777">
        <w:trPr>
          <w:jc w:val="center"/>
        </w:trPr>
        <w:tc>
          <w:tcPr>
            <w:tcW w:w="4896" w:type="dxa"/>
            <w:shd w:val="clear" w:color="auto" w:fill="D9EAF7"/>
          </w:tcPr>
          <w:p w14:paraId="37EDC7F8" w14:textId="77777777" w:rsidR="00AE6A88" w:rsidRDefault="00000000">
            <w:r>
              <w:rPr>
                <w:b/>
                <w:sz w:val="21"/>
              </w:rPr>
              <w:t>Item</w:t>
            </w:r>
          </w:p>
        </w:tc>
        <w:tc>
          <w:tcPr>
            <w:tcW w:w="4896" w:type="dxa"/>
            <w:shd w:val="clear" w:color="auto" w:fill="D9EAF7"/>
          </w:tcPr>
          <w:p w14:paraId="381D5707" w14:textId="77777777" w:rsidR="00AE6A88" w:rsidRDefault="00000000">
            <w:r>
              <w:rPr>
                <w:b/>
                <w:sz w:val="21"/>
              </w:rPr>
              <w:t>Details</w:t>
            </w:r>
          </w:p>
        </w:tc>
      </w:tr>
      <w:tr w:rsidR="00AE6A88" w14:paraId="443EC4AC" w14:textId="77777777">
        <w:trPr>
          <w:jc w:val="center"/>
        </w:trPr>
        <w:tc>
          <w:tcPr>
            <w:tcW w:w="2232" w:type="dxa"/>
            <w:shd w:val="clear" w:color="auto" w:fill="EFEFEF"/>
          </w:tcPr>
          <w:p w14:paraId="1D23A5B8" w14:textId="77777777" w:rsidR="00AE6A88" w:rsidRDefault="00000000">
            <w:r>
              <w:rPr>
                <w:b/>
                <w:sz w:val="21"/>
              </w:rPr>
              <w:t>Comment 1</w:t>
            </w:r>
          </w:p>
        </w:tc>
        <w:tc>
          <w:tcPr>
            <w:tcW w:w="8136" w:type="dxa"/>
            <w:shd w:val="clear" w:color="auto" w:fill="EFEFEF"/>
          </w:tcPr>
          <w:p w14:paraId="7B99542A" w14:textId="77777777" w:rsidR="00AE6A88" w:rsidRDefault="00000000">
            <w:r>
              <w:rPr>
                <w:sz w:val="21"/>
              </w:rPr>
              <w:t>[Paste the reviewer’s comment exactly as received.]</w:t>
            </w:r>
          </w:p>
        </w:tc>
      </w:tr>
      <w:tr w:rsidR="00AE6A88" w14:paraId="5716C599" w14:textId="77777777">
        <w:trPr>
          <w:jc w:val="center"/>
        </w:trPr>
        <w:tc>
          <w:tcPr>
            <w:tcW w:w="2232" w:type="dxa"/>
          </w:tcPr>
          <w:p w14:paraId="370BC63D" w14:textId="77777777" w:rsidR="00AE6A88" w:rsidRDefault="00000000">
            <w:r>
              <w:rPr>
                <w:b/>
                <w:sz w:val="21"/>
              </w:rPr>
              <w:t>Author Response</w:t>
            </w:r>
          </w:p>
        </w:tc>
        <w:tc>
          <w:tcPr>
            <w:tcW w:w="8136" w:type="dxa"/>
          </w:tcPr>
          <w:p w14:paraId="59C0DE23" w14:textId="77777777" w:rsidR="00AE6A88" w:rsidRDefault="00000000">
            <w:r>
              <w:rPr>
                <w:sz w:val="21"/>
              </w:rPr>
              <w:t>[Provide a clear, specific and point-by-point response to the reviewer’s comment.]</w:t>
            </w:r>
          </w:p>
        </w:tc>
      </w:tr>
      <w:tr w:rsidR="00AE6A88" w14:paraId="3B8D576F" w14:textId="77777777">
        <w:trPr>
          <w:jc w:val="center"/>
        </w:trPr>
        <w:tc>
          <w:tcPr>
            <w:tcW w:w="2232" w:type="dxa"/>
          </w:tcPr>
          <w:p w14:paraId="1FA7531A" w14:textId="77777777" w:rsidR="00AE6A88" w:rsidRDefault="00000000">
            <w:r>
              <w:rPr>
                <w:b/>
                <w:sz w:val="21"/>
              </w:rPr>
              <w:t>Changes Made</w:t>
            </w:r>
          </w:p>
        </w:tc>
        <w:tc>
          <w:tcPr>
            <w:tcW w:w="8136" w:type="dxa"/>
          </w:tcPr>
          <w:p w14:paraId="712BE216" w14:textId="77777777" w:rsidR="00AE6A88" w:rsidRDefault="00000000">
            <w:r>
              <w:rPr>
                <w:sz w:val="21"/>
              </w:rPr>
              <w:t>[State precisely what was revised/added/deleted in the extended abstract.]</w:t>
            </w:r>
          </w:p>
        </w:tc>
      </w:tr>
      <w:tr w:rsidR="00AE6A88" w14:paraId="5DD06669" w14:textId="77777777">
        <w:trPr>
          <w:jc w:val="center"/>
        </w:trPr>
        <w:tc>
          <w:tcPr>
            <w:tcW w:w="2232" w:type="dxa"/>
          </w:tcPr>
          <w:p w14:paraId="38601777" w14:textId="77777777" w:rsidR="00AE6A88" w:rsidRDefault="00000000">
            <w:r>
              <w:rPr>
                <w:b/>
                <w:sz w:val="21"/>
              </w:rPr>
              <w:t>Location in Revised Abstract</w:t>
            </w:r>
          </w:p>
        </w:tc>
        <w:tc>
          <w:tcPr>
            <w:tcW w:w="8136" w:type="dxa"/>
          </w:tcPr>
          <w:p w14:paraId="5970F769" w14:textId="77777777" w:rsidR="00AE6A88" w:rsidRDefault="00000000">
            <w:r>
              <w:rPr>
                <w:sz w:val="21"/>
              </w:rPr>
              <w:t>[Page / Section / Paragraph / Figure / Table, as applicable.]</w:t>
            </w:r>
          </w:p>
        </w:tc>
      </w:tr>
      <w:tr w:rsidR="00AE6A88" w14:paraId="54DC7B76" w14:textId="77777777">
        <w:trPr>
          <w:jc w:val="center"/>
        </w:trPr>
        <w:tc>
          <w:tcPr>
            <w:tcW w:w="10368" w:type="dxa"/>
            <w:gridSpan w:val="2"/>
          </w:tcPr>
          <w:p w14:paraId="1EF5C03C" w14:textId="77777777" w:rsidR="00AE6A88" w:rsidRDefault="00AE6A88"/>
        </w:tc>
      </w:tr>
      <w:tr w:rsidR="00AE6A88" w14:paraId="1C36BD8C" w14:textId="77777777">
        <w:trPr>
          <w:jc w:val="center"/>
        </w:trPr>
        <w:tc>
          <w:tcPr>
            <w:tcW w:w="2232" w:type="dxa"/>
            <w:shd w:val="clear" w:color="auto" w:fill="EFEFEF"/>
          </w:tcPr>
          <w:p w14:paraId="29794A84" w14:textId="77777777" w:rsidR="00AE6A88" w:rsidRDefault="00000000">
            <w:r>
              <w:rPr>
                <w:b/>
                <w:sz w:val="21"/>
              </w:rPr>
              <w:t>Comment 2</w:t>
            </w:r>
          </w:p>
        </w:tc>
        <w:tc>
          <w:tcPr>
            <w:tcW w:w="8136" w:type="dxa"/>
            <w:shd w:val="clear" w:color="auto" w:fill="EFEFEF"/>
          </w:tcPr>
          <w:p w14:paraId="2D2C6BF7" w14:textId="77777777" w:rsidR="00AE6A88" w:rsidRDefault="00000000">
            <w:r>
              <w:rPr>
                <w:sz w:val="21"/>
              </w:rPr>
              <w:t>[Paste the reviewer’s comment exactly as received.]</w:t>
            </w:r>
          </w:p>
        </w:tc>
      </w:tr>
      <w:tr w:rsidR="00AE6A88" w14:paraId="15C70D3E" w14:textId="77777777">
        <w:trPr>
          <w:jc w:val="center"/>
        </w:trPr>
        <w:tc>
          <w:tcPr>
            <w:tcW w:w="2232" w:type="dxa"/>
          </w:tcPr>
          <w:p w14:paraId="7B125D07" w14:textId="77777777" w:rsidR="00AE6A88" w:rsidRDefault="00000000">
            <w:r>
              <w:rPr>
                <w:b/>
                <w:sz w:val="21"/>
              </w:rPr>
              <w:t>Author Response</w:t>
            </w:r>
          </w:p>
        </w:tc>
        <w:tc>
          <w:tcPr>
            <w:tcW w:w="8136" w:type="dxa"/>
          </w:tcPr>
          <w:p w14:paraId="0A87C617" w14:textId="77777777" w:rsidR="00AE6A88" w:rsidRDefault="00000000">
            <w:r>
              <w:rPr>
                <w:sz w:val="21"/>
              </w:rPr>
              <w:t>[Provide a clear, specific and point-by-point response to the reviewer’s comment.]</w:t>
            </w:r>
          </w:p>
        </w:tc>
      </w:tr>
      <w:tr w:rsidR="00AE6A88" w14:paraId="7CE274EA" w14:textId="77777777">
        <w:trPr>
          <w:jc w:val="center"/>
        </w:trPr>
        <w:tc>
          <w:tcPr>
            <w:tcW w:w="2232" w:type="dxa"/>
          </w:tcPr>
          <w:p w14:paraId="1053AF6F" w14:textId="77777777" w:rsidR="00AE6A88" w:rsidRDefault="00000000">
            <w:r>
              <w:rPr>
                <w:b/>
                <w:sz w:val="21"/>
              </w:rPr>
              <w:t>Changes Made</w:t>
            </w:r>
          </w:p>
        </w:tc>
        <w:tc>
          <w:tcPr>
            <w:tcW w:w="8136" w:type="dxa"/>
          </w:tcPr>
          <w:p w14:paraId="757DF9BB" w14:textId="77777777" w:rsidR="00AE6A88" w:rsidRDefault="00000000">
            <w:r>
              <w:rPr>
                <w:sz w:val="21"/>
              </w:rPr>
              <w:t>[State precisely what was revised/added/deleted in the extended abstract.]</w:t>
            </w:r>
          </w:p>
        </w:tc>
      </w:tr>
      <w:tr w:rsidR="00AE6A88" w14:paraId="46EADA53" w14:textId="77777777">
        <w:trPr>
          <w:jc w:val="center"/>
        </w:trPr>
        <w:tc>
          <w:tcPr>
            <w:tcW w:w="2232" w:type="dxa"/>
          </w:tcPr>
          <w:p w14:paraId="16AC2A20" w14:textId="77777777" w:rsidR="00AE6A88" w:rsidRDefault="00000000">
            <w:r>
              <w:rPr>
                <w:b/>
                <w:sz w:val="21"/>
              </w:rPr>
              <w:t>Location in Revised Abstract</w:t>
            </w:r>
          </w:p>
        </w:tc>
        <w:tc>
          <w:tcPr>
            <w:tcW w:w="8136" w:type="dxa"/>
          </w:tcPr>
          <w:p w14:paraId="65D8BD81" w14:textId="77777777" w:rsidR="00AE6A88" w:rsidRDefault="00000000">
            <w:r>
              <w:rPr>
                <w:sz w:val="21"/>
              </w:rPr>
              <w:t>[Page / Section / Paragraph / Figure / Table, as applicable.]</w:t>
            </w:r>
          </w:p>
        </w:tc>
      </w:tr>
      <w:tr w:rsidR="00AE6A88" w14:paraId="6C64475F" w14:textId="77777777">
        <w:trPr>
          <w:jc w:val="center"/>
        </w:trPr>
        <w:tc>
          <w:tcPr>
            <w:tcW w:w="10368" w:type="dxa"/>
            <w:gridSpan w:val="2"/>
          </w:tcPr>
          <w:p w14:paraId="3AC68189" w14:textId="77777777" w:rsidR="00AE6A88" w:rsidRDefault="00AE6A88"/>
        </w:tc>
      </w:tr>
      <w:tr w:rsidR="00AE6A88" w14:paraId="3183DC3E" w14:textId="77777777">
        <w:trPr>
          <w:jc w:val="center"/>
        </w:trPr>
        <w:tc>
          <w:tcPr>
            <w:tcW w:w="2232" w:type="dxa"/>
            <w:shd w:val="clear" w:color="auto" w:fill="EFEFEF"/>
          </w:tcPr>
          <w:p w14:paraId="5E130936" w14:textId="77777777" w:rsidR="00AE6A88" w:rsidRDefault="00000000">
            <w:r>
              <w:rPr>
                <w:b/>
                <w:sz w:val="21"/>
              </w:rPr>
              <w:t>Comment 3</w:t>
            </w:r>
          </w:p>
        </w:tc>
        <w:tc>
          <w:tcPr>
            <w:tcW w:w="8136" w:type="dxa"/>
            <w:shd w:val="clear" w:color="auto" w:fill="EFEFEF"/>
          </w:tcPr>
          <w:p w14:paraId="1B5546A5" w14:textId="77777777" w:rsidR="00AE6A88" w:rsidRDefault="00000000">
            <w:r>
              <w:rPr>
                <w:sz w:val="21"/>
              </w:rPr>
              <w:t>[Paste the reviewer’s comment exactly as received.]</w:t>
            </w:r>
          </w:p>
        </w:tc>
      </w:tr>
      <w:tr w:rsidR="00AE6A88" w14:paraId="52A48EEB" w14:textId="77777777">
        <w:trPr>
          <w:jc w:val="center"/>
        </w:trPr>
        <w:tc>
          <w:tcPr>
            <w:tcW w:w="2232" w:type="dxa"/>
          </w:tcPr>
          <w:p w14:paraId="2AA5081F" w14:textId="77777777" w:rsidR="00AE6A88" w:rsidRDefault="00000000">
            <w:r>
              <w:rPr>
                <w:b/>
                <w:sz w:val="21"/>
              </w:rPr>
              <w:t>Author Response</w:t>
            </w:r>
          </w:p>
        </w:tc>
        <w:tc>
          <w:tcPr>
            <w:tcW w:w="8136" w:type="dxa"/>
          </w:tcPr>
          <w:p w14:paraId="18355FB0" w14:textId="77777777" w:rsidR="00AE6A88" w:rsidRDefault="00000000">
            <w:r>
              <w:rPr>
                <w:sz w:val="21"/>
              </w:rPr>
              <w:t>[Provide a clear, specific and point-by-point response to the reviewer’s comment.]</w:t>
            </w:r>
          </w:p>
        </w:tc>
      </w:tr>
      <w:tr w:rsidR="00AE6A88" w14:paraId="3075A765" w14:textId="77777777">
        <w:trPr>
          <w:jc w:val="center"/>
        </w:trPr>
        <w:tc>
          <w:tcPr>
            <w:tcW w:w="2232" w:type="dxa"/>
          </w:tcPr>
          <w:p w14:paraId="0E0BBF1E" w14:textId="77777777" w:rsidR="00AE6A88" w:rsidRDefault="00000000">
            <w:r>
              <w:rPr>
                <w:b/>
                <w:sz w:val="21"/>
              </w:rPr>
              <w:t>Changes Made</w:t>
            </w:r>
          </w:p>
        </w:tc>
        <w:tc>
          <w:tcPr>
            <w:tcW w:w="8136" w:type="dxa"/>
          </w:tcPr>
          <w:p w14:paraId="73AF8B08" w14:textId="77777777" w:rsidR="00AE6A88" w:rsidRDefault="00000000">
            <w:r>
              <w:rPr>
                <w:sz w:val="21"/>
              </w:rPr>
              <w:t>[State precisely what was revised/added/deleted in the extended abstract.]</w:t>
            </w:r>
          </w:p>
        </w:tc>
      </w:tr>
      <w:tr w:rsidR="00AE6A88" w14:paraId="0112C928" w14:textId="77777777">
        <w:trPr>
          <w:jc w:val="center"/>
        </w:trPr>
        <w:tc>
          <w:tcPr>
            <w:tcW w:w="2232" w:type="dxa"/>
          </w:tcPr>
          <w:p w14:paraId="2CA3A057" w14:textId="77777777" w:rsidR="00AE6A88" w:rsidRDefault="00000000">
            <w:r>
              <w:rPr>
                <w:b/>
                <w:sz w:val="21"/>
              </w:rPr>
              <w:t>Location in Revised Abstract</w:t>
            </w:r>
          </w:p>
        </w:tc>
        <w:tc>
          <w:tcPr>
            <w:tcW w:w="8136" w:type="dxa"/>
          </w:tcPr>
          <w:p w14:paraId="1C4AEA7F" w14:textId="77777777" w:rsidR="00AE6A88" w:rsidRDefault="00000000">
            <w:r>
              <w:rPr>
                <w:sz w:val="21"/>
              </w:rPr>
              <w:t>[Page / Section / Paragraph / Figure / Table, as applicable.]</w:t>
            </w:r>
          </w:p>
        </w:tc>
      </w:tr>
    </w:tbl>
    <w:p w14:paraId="48BBADCA" w14:textId="77777777" w:rsidR="00AE6A88" w:rsidRDefault="00AE6A88"/>
    <w:p w14:paraId="6307094E" w14:textId="77777777" w:rsidR="00AE6A88" w:rsidRDefault="00000000">
      <w:r>
        <w:rPr>
          <w:b/>
          <w:sz w:val="24"/>
        </w:rPr>
        <w:t>Reviewer 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8136"/>
      </w:tblGrid>
      <w:tr w:rsidR="00AE6A88" w14:paraId="52445437" w14:textId="77777777">
        <w:trPr>
          <w:jc w:val="center"/>
        </w:trPr>
        <w:tc>
          <w:tcPr>
            <w:tcW w:w="4896" w:type="dxa"/>
            <w:shd w:val="clear" w:color="auto" w:fill="D9EAF7"/>
          </w:tcPr>
          <w:p w14:paraId="1FFCE25C" w14:textId="77777777" w:rsidR="00AE6A88" w:rsidRDefault="00000000">
            <w:r>
              <w:rPr>
                <w:b/>
                <w:sz w:val="21"/>
              </w:rPr>
              <w:t>Item</w:t>
            </w:r>
          </w:p>
        </w:tc>
        <w:tc>
          <w:tcPr>
            <w:tcW w:w="4896" w:type="dxa"/>
            <w:shd w:val="clear" w:color="auto" w:fill="D9EAF7"/>
          </w:tcPr>
          <w:p w14:paraId="4384A1EA" w14:textId="77777777" w:rsidR="00AE6A88" w:rsidRDefault="00000000">
            <w:r>
              <w:rPr>
                <w:b/>
                <w:sz w:val="21"/>
              </w:rPr>
              <w:t>Details</w:t>
            </w:r>
          </w:p>
        </w:tc>
      </w:tr>
      <w:tr w:rsidR="00AE6A88" w14:paraId="4665B5B7" w14:textId="77777777">
        <w:trPr>
          <w:jc w:val="center"/>
        </w:trPr>
        <w:tc>
          <w:tcPr>
            <w:tcW w:w="2232" w:type="dxa"/>
            <w:shd w:val="clear" w:color="auto" w:fill="EFEFEF"/>
          </w:tcPr>
          <w:p w14:paraId="225FA364" w14:textId="77777777" w:rsidR="00AE6A88" w:rsidRDefault="00000000">
            <w:r>
              <w:rPr>
                <w:b/>
                <w:sz w:val="21"/>
              </w:rPr>
              <w:t>Comment 1</w:t>
            </w:r>
          </w:p>
        </w:tc>
        <w:tc>
          <w:tcPr>
            <w:tcW w:w="8136" w:type="dxa"/>
            <w:shd w:val="clear" w:color="auto" w:fill="EFEFEF"/>
          </w:tcPr>
          <w:p w14:paraId="4A0BEBE6" w14:textId="77777777" w:rsidR="00AE6A88" w:rsidRDefault="00000000">
            <w:r>
              <w:rPr>
                <w:sz w:val="21"/>
              </w:rPr>
              <w:t>[Paste the reviewer’s comment exactly as received.]</w:t>
            </w:r>
          </w:p>
        </w:tc>
      </w:tr>
      <w:tr w:rsidR="00AE6A88" w14:paraId="3161D3F8" w14:textId="77777777">
        <w:trPr>
          <w:jc w:val="center"/>
        </w:trPr>
        <w:tc>
          <w:tcPr>
            <w:tcW w:w="2232" w:type="dxa"/>
          </w:tcPr>
          <w:p w14:paraId="46F8FB2E" w14:textId="77777777" w:rsidR="00AE6A88" w:rsidRDefault="00000000">
            <w:r>
              <w:rPr>
                <w:b/>
                <w:sz w:val="21"/>
              </w:rPr>
              <w:t>Author Response</w:t>
            </w:r>
          </w:p>
        </w:tc>
        <w:tc>
          <w:tcPr>
            <w:tcW w:w="8136" w:type="dxa"/>
          </w:tcPr>
          <w:p w14:paraId="58C8FB69" w14:textId="77777777" w:rsidR="00AE6A88" w:rsidRDefault="00000000">
            <w:r>
              <w:rPr>
                <w:sz w:val="21"/>
              </w:rPr>
              <w:t>[Provide a clear, specific and point-by-point response to the reviewer’s comment.]</w:t>
            </w:r>
          </w:p>
        </w:tc>
      </w:tr>
      <w:tr w:rsidR="00AE6A88" w14:paraId="6E4D9D13" w14:textId="77777777">
        <w:trPr>
          <w:jc w:val="center"/>
        </w:trPr>
        <w:tc>
          <w:tcPr>
            <w:tcW w:w="2232" w:type="dxa"/>
          </w:tcPr>
          <w:p w14:paraId="110DAF5B" w14:textId="77777777" w:rsidR="00AE6A88" w:rsidRDefault="00000000">
            <w:r>
              <w:rPr>
                <w:b/>
                <w:sz w:val="21"/>
              </w:rPr>
              <w:t>Changes Made</w:t>
            </w:r>
          </w:p>
        </w:tc>
        <w:tc>
          <w:tcPr>
            <w:tcW w:w="8136" w:type="dxa"/>
          </w:tcPr>
          <w:p w14:paraId="550CFCDD" w14:textId="77777777" w:rsidR="00AE6A88" w:rsidRDefault="00000000">
            <w:r>
              <w:rPr>
                <w:sz w:val="21"/>
              </w:rPr>
              <w:t>[State precisely what was revised/added/deleted in the extended abstract.]</w:t>
            </w:r>
          </w:p>
        </w:tc>
      </w:tr>
      <w:tr w:rsidR="00AE6A88" w14:paraId="3D91039E" w14:textId="77777777">
        <w:trPr>
          <w:jc w:val="center"/>
        </w:trPr>
        <w:tc>
          <w:tcPr>
            <w:tcW w:w="2232" w:type="dxa"/>
          </w:tcPr>
          <w:p w14:paraId="328FC63C" w14:textId="77777777" w:rsidR="00AE6A88" w:rsidRDefault="00000000">
            <w:r>
              <w:rPr>
                <w:b/>
                <w:sz w:val="21"/>
              </w:rPr>
              <w:t>Location in Revised Abstract</w:t>
            </w:r>
          </w:p>
        </w:tc>
        <w:tc>
          <w:tcPr>
            <w:tcW w:w="8136" w:type="dxa"/>
          </w:tcPr>
          <w:p w14:paraId="50B4A7AA" w14:textId="77777777" w:rsidR="00AE6A88" w:rsidRDefault="00000000">
            <w:r>
              <w:rPr>
                <w:sz w:val="21"/>
              </w:rPr>
              <w:t>[Page / Section / Paragraph / Figure / Table, as applicable.]</w:t>
            </w:r>
          </w:p>
        </w:tc>
      </w:tr>
      <w:tr w:rsidR="00AE6A88" w14:paraId="06381EAE" w14:textId="77777777">
        <w:trPr>
          <w:jc w:val="center"/>
        </w:trPr>
        <w:tc>
          <w:tcPr>
            <w:tcW w:w="10368" w:type="dxa"/>
            <w:gridSpan w:val="2"/>
          </w:tcPr>
          <w:p w14:paraId="7F449C96" w14:textId="77777777" w:rsidR="00AE6A88" w:rsidRDefault="00AE6A88"/>
        </w:tc>
      </w:tr>
      <w:tr w:rsidR="00AE6A88" w14:paraId="2F518762" w14:textId="77777777">
        <w:trPr>
          <w:jc w:val="center"/>
        </w:trPr>
        <w:tc>
          <w:tcPr>
            <w:tcW w:w="2232" w:type="dxa"/>
            <w:shd w:val="clear" w:color="auto" w:fill="EFEFEF"/>
          </w:tcPr>
          <w:p w14:paraId="31FDBA2D" w14:textId="77777777" w:rsidR="00AE6A88" w:rsidRDefault="00000000">
            <w:r>
              <w:rPr>
                <w:b/>
                <w:sz w:val="21"/>
              </w:rPr>
              <w:t>Comment 2</w:t>
            </w:r>
          </w:p>
        </w:tc>
        <w:tc>
          <w:tcPr>
            <w:tcW w:w="8136" w:type="dxa"/>
            <w:shd w:val="clear" w:color="auto" w:fill="EFEFEF"/>
          </w:tcPr>
          <w:p w14:paraId="6DDC1654" w14:textId="77777777" w:rsidR="00AE6A88" w:rsidRDefault="00000000">
            <w:r>
              <w:rPr>
                <w:sz w:val="21"/>
              </w:rPr>
              <w:t>[Paste the reviewer’s comment exactly as received.]</w:t>
            </w:r>
          </w:p>
        </w:tc>
      </w:tr>
      <w:tr w:rsidR="00AE6A88" w14:paraId="55D388FE" w14:textId="77777777">
        <w:trPr>
          <w:jc w:val="center"/>
        </w:trPr>
        <w:tc>
          <w:tcPr>
            <w:tcW w:w="2232" w:type="dxa"/>
          </w:tcPr>
          <w:p w14:paraId="65C37F9C" w14:textId="77777777" w:rsidR="00AE6A88" w:rsidRDefault="00000000">
            <w:r>
              <w:rPr>
                <w:b/>
                <w:sz w:val="21"/>
              </w:rPr>
              <w:t>Author Response</w:t>
            </w:r>
          </w:p>
        </w:tc>
        <w:tc>
          <w:tcPr>
            <w:tcW w:w="8136" w:type="dxa"/>
          </w:tcPr>
          <w:p w14:paraId="180368AE" w14:textId="77777777" w:rsidR="00AE6A88" w:rsidRDefault="00000000">
            <w:r>
              <w:rPr>
                <w:sz w:val="21"/>
              </w:rPr>
              <w:t>[Provide a clear, specific and point-by-point response to the reviewer’s comment.]</w:t>
            </w:r>
          </w:p>
        </w:tc>
      </w:tr>
      <w:tr w:rsidR="00AE6A88" w14:paraId="2B30B5A1" w14:textId="77777777">
        <w:trPr>
          <w:jc w:val="center"/>
        </w:trPr>
        <w:tc>
          <w:tcPr>
            <w:tcW w:w="2232" w:type="dxa"/>
          </w:tcPr>
          <w:p w14:paraId="2F3B5171" w14:textId="77777777" w:rsidR="00AE6A88" w:rsidRDefault="00000000">
            <w:r>
              <w:rPr>
                <w:b/>
                <w:sz w:val="21"/>
              </w:rPr>
              <w:t>Changes Made</w:t>
            </w:r>
          </w:p>
        </w:tc>
        <w:tc>
          <w:tcPr>
            <w:tcW w:w="8136" w:type="dxa"/>
          </w:tcPr>
          <w:p w14:paraId="11B01560" w14:textId="77777777" w:rsidR="00AE6A88" w:rsidRDefault="00000000">
            <w:r>
              <w:rPr>
                <w:sz w:val="21"/>
              </w:rPr>
              <w:t>[State precisely what was revised/added/deleted in the extended abstract.]</w:t>
            </w:r>
          </w:p>
        </w:tc>
      </w:tr>
      <w:tr w:rsidR="00AE6A88" w14:paraId="48B1EBB2" w14:textId="77777777">
        <w:trPr>
          <w:jc w:val="center"/>
        </w:trPr>
        <w:tc>
          <w:tcPr>
            <w:tcW w:w="2232" w:type="dxa"/>
          </w:tcPr>
          <w:p w14:paraId="06B4AC58" w14:textId="77777777" w:rsidR="00AE6A88" w:rsidRDefault="00000000">
            <w:r>
              <w:rPr>
                <w:b/>
                <w:sz w:val="21"/>
              </w:rPr>
              <w:t>Location in Revised Abstract</w:t>
            </w:r>
          </w:p>
        </w:tc>
        <w:tc>
          <w:tcPr>
            <w:tcW w:w="8136" w:type="dxa"/>
          </w:tcPr>
          <w:p w14:paraId="5C44710D" w14:textId="77777777" w:rsidR="00AE6A88" w:rsidRDefault="00000000">
            <w:r>
              <w:rPr>
                <w:sz w:val="21"/>
              </w:rPr>
              <w:t>[Page / Section / Paragraph / Figure / Table, as applicable.]</w:t>
            </w:r>
          </w:p>
        </w:tc>
      </w:tr>
      <w:tr w:rsidR="00AE6A88" w14:paraId="1817C87B" w14:textId="77777777">
        <w:trPr>
          <w:jc w:val="center"/>
        </w:trPr>
        <w:tc>
          <w:tcPr>
            <w:tcW w:w="10368" w:type="dxa"/>
            <w:gridSpan w:val="2"/>
          </w:tcPr>
          <w:p w14:paraId="6CABDBAF" w14:textId="77777777" w:rsidR="00AE6A88" w:rsidRDefault="00AE6A88"/>
        </w:tc>
      </w:tr>
      <w:tr w:rsidR="00AE6A88" w14:paraId="1499C892" w14:textId="77777777">
        <w:trPr>
          <w:jc w:val="center"/>
        </w:trPr>
        <w:tc>
          <w:tcPr>
            <w:tcW w:w="2232" w:type="dxa"/>
            <w:shd w:val="clear" w:color="auto" w:fill="EFEFEF"/>
          </w:tcPr>
          <w:p w14:paraId="6372CC8E" w14:textId="77777777" w:rsidR="00AE6A88" w:rsidRDefault="00000000">
            <w:r>
              <w:rPr>
                <w:b/>
                <w:sz w:val="21"/>
              </w:rPr>
              <w:t>Comment 3</w:t>
            </w:r>
          </w:p>
        </w:tc>
        <w:tc>
          <w:tcPr>
            <w:tcW w:w="8136" w:type="dxa"/>
            <w:shd w:val="clear" w:color="auto" w:fill="EFEFEF"/>
          </w:tcPr>
          <w:p w14:paraId="461E546E" w14:textId="77777777" w:rsidR="00AE6A88" w:rsidRDefault="00000000">
            <w:r>
              <w:rPr>
                <w:sz w:val="21"/>
              </w:rPr>
              <w:t>[Paste the reviewer’s comment exactly as received.]</w:t>
            </w:r>
          </w:p>
        </w:tc>
      </w:tr>
      <w:tr w:rsidR="00AE6A88" w14:paraId="18BD95F8" w14:textId="77777777">
        <w:trPr>
          <w:jc w:val="center"/>
        </w:trPr>
        <w:tc>
          <w:tcPr>
            <w:tcW w:w="2232" w:type="dxa"/>
          </w:tcPr>
          <w:p w14:paraId="6AB03CE3" w14:textId="77777777" w:rsidR="00AE6A88" w:rsidRDefault="00000000">
            <w:r>
              <w:rPr>
                <w:b/>
                <w:sz w:val="21"/>
              </w:rPr>
              <w:t>Author Response</w:t>
            </w:r>
          </w:p>
        </w:tc>
        <w:tc>
          <w:tcPr>
            <w:tcW w:w="8136" w:type="dxa"/>
          </w:tcPr>
          <w:p w14:paraId="061CC4FB" w14:textId="77777777" w:rsidR="00AE6A88" w:rsidRDefault="00000000">
            <w:r>
              <w:rPr>
                <w:sz w:val="21"/>
              </w:rPr>
              <w:t>[Provide a clear, specific and point-by-point response to the reviewer’s comment.]</w:t>
            </w:r>
          </w:p>
        </w:tc>
      </w:tr>
      <w:tr w:rsidR="00AE6A88" w14:paraId="1EAC39BE" w14:textId="77777777">
        <w:trPr>
          <w:jc w:val="center"/>
        </w:trPr>
        <w:tc>
          <w:tcPr>
            <w:tcW w:w="2232" w:type="dxa"/>
          </w:tcPr>
          <w:p w14:paraId="3C2F1B31" w14:textId="77777777" w:rsidR="00AE6A88" w:rsidRDefault="00000000">
            <w:r>
              <w:rPr>
                <w:b/>
                <w:sz w:val="21"/>
              </w:rPr>
              <w:lastRenderedPageBreak/>
              <w:t>Changes Made</w:t>
            </w:r>
          </w:p>
        </w:tc>
        <w:tc>
          <w:tcPr>
            <w:tcW w:w="8136" w:type="dxa"/>
          </w:tcPr>
          <w:p w14:paraId="7633074E" w14:textId="77777777" w:rsidR="00AE6A88" w:rsidRDefault="00000000">
            <w:r>
              <w:rPr>
                <w:sz w:val="21"/>
              </w:rPr>
              <w:t>[State precisely what was revised/added/deleted in the extended abstract.]</w:t>
            </w:r>
          </w:p>
        </w:tc>
      </w:tr>
      <w:tr w:rsidR="00AE6A88" w14:paraId="27EB1A52" w14:textId="77777777">
        <w:trPr>
          <w:jc w:val="center"/>
        </w:trPr>
        <w:tc>
          <w:tcPr>
            <w:tcW w:w="2232" w:type="dxa"/>
          </w:tcPr>
          <w:p w14:paraId="502FF1FC" w14:textId="77777777" w:rsidR="00AE6A88" w:rsidRDefault="00000000">
            <w:r>
              <w:rPr>
                <w:b/>
                <w:sz w:val="21"/>
              </w:rPr>
              <w:t>Location in Revised Abstract</w:t>
            </w:r>
          </w:p>
        </w:tc>
        <w:tc>
          <w:tcPr>
            <w:tcW w:w="8136" w:type="dxa"/>
          </w:tcPr>
          <w:p w14:paraId="5A6320B8" w14:textId="77777777" w:rsidR="00AE6A88" w:rsidRDefault="00000000">
            <w:r>
              <w:rPr>
                <w:sz w:val="21"/>
              </w:rPr>
              <w:t>[Page / Section / Paragraph / Figure / Table, as applicable.]</w:t>
            </w:r>
          </w:p>
        </w:tc>
      </w:tr>
    </w:tbl>
    <w:p w14:paraId="75E743CB" w14:textId="77777777" w:rsidR="008D4B25" w:rsidRDefault="008D4B25">
      <w:pPr>
        <w:sectPr w:rsidR="008D4B25" w:rsidSect="008D4B25">
          <w:pgSz w:w="15840" w:h="12240" w:orient="landscape"/>
          <w:pgMar w:top="1224" w:right="1080" w:bottom="1224" w:left="1080" w:header="720" w:footer="720" w:gutter="0"/>
          <w:cols w:space="720"/>
          <w:docGrid w:linePitch="360"/>
        </w:sectPr>
      </w:pPr>
    </w:p>
    <w:p w14:paraId="015D8FB7" w14:textId="77777777" w:rsidR="00AE6A88" w:rsidRDefault="00AE6A88"/>
    <w:p w14:paraId="7D5EFD60" w14:textId="77777777" w:rsidR="00AE6A88" w:rsidRDefault="00000000">
      <w:r>
        <w:rPr>
          <w:b/>
          <w:sz w:val="24"/>
        </w:rPr>
        <w:t>Additional Reviewer Comments</w:t>
      </w:r>
    </w:p>
    <w:p w14:paraId="402B37EC" w14:textId="77777777" w:rsidR="00AE6A88" w:rsidRDefault="00000000">
      <w:r>
        <w:t>If additional comments were provided, continue the same Comment → Author Response → Changes Made → Location in Revised Abstract format until every reviewer comment has been addressed.</w:t>
      </w:r>
    </w:p>
    <w:p w14:paraId="550D3B44" w14:textId="77777777" w:rsidR="00AE6A88" w:rsidRDefault="00000000">
      <w:r>
        <w:rPr>
          <w:b/>
          <w:sz w:val="24"/>
        </w:rPr>
        <w:t>Author Confirmation</w:t>
      </w:r>
    </w:p>
    <w:p w14:paraId="77A77412" w14:textId="77777777" w:rsidR="00AE6A88" w:rsidRDefault="00000000">
      <w:pPr>
        <w:ind w:left="360" w:hanging="259"/>
      </w:pPr>
      <w:r>
        <w:t>☐ We confirm that all reviewer comments have been addressed individually.</w:t>
      </w:r>
    </w:p>
    <w:p w14:paraId="6E1CC49B" w14:textId="77777777" w:rsidR="00AE6A88" w:rsidRDefault="00000000">
      <w:pPr>
        <w:ind w:left="360" w:hanging="259"/>
      </w:pPr>
      <w:r>
        <w:t>☐ We confirm that all revisions corresponding to the responses above are highlighted in the revised extended abstract.</w:t>
      </w:r>
    </w:p>
    <w:p w14:paraId="60AF6811" w14:textId="77777777" w:rsidR="00AE6A88" w:rsidRDefault="00000000">
      <w:pPr>
        <w:ind w:left="360" w:hanging="259"/>
      </w:pPr>
      <w:r>
        <w:t>☐ We confirm that the revised extended abstract and this Author Response document have been submitted through CMT.</w:t>
      </w:r>
    </w:p>
    <w:p w14:paraId="44383475" w14:textId="77777777" w:rsidR="00AE6A88" w:rsidRDefault="00AE6A88"/>
    <w:p w14:paraId="3B415601" w14:textId="77777777" w:rsidR="00AE6A88" w:rsidRDefault="00000000">
      <w:r>
        <w:rPr>
          <w:b/>
        </w:rPr>
        <w:t xml:space="preserve">Corresponding Author: </w:t>
      </w:r>
      <w:r>
        <w:t>[Name]</w:t>
      </w:r>
    </w:p>
    <w:p w14:paraId="548D349C" w14:textId="77777777" w:rsidR="00AE6A88" w:rsidRDefault="00000000">
      <w:r>
        <w:rPr>
          <w:b/>
        </w:rPr>
        <w:t xml:space="preserve">Date: </w:t>
      </w:r>
      <w:r>
        <w:t>[DD Month YYYY]</w:t>
      </w:r>
    </w:p>
    <w:sectPr w:rsidR="00AE6A88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9521" w14:textId="77777777" w:rsidR="004B2036" w:rsidRDefault="004B2036">
      <w:pPr>
        <w:spacing w:after="0" w:line="240" w:lineRule="auto"/>
      </w:pPr>
      <w:r>
        <w:separator/>
      </w:r>
    </w:p>
  </w:endnote>
  <w:endnote w:type="continuationSeparator" w:id="0">
    <w:p w14:paraId="06CF760E" w14:textId="77777777" w:rsidR="004B2036" w:rsidRDefault="004B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581E" w14:textId="77777777" w:rsidR="00AE6A88" w:rsidRDefault="00000000">
    <w:pPr>
      <w:pStyle w:val="Footer"/>
      <w:jc w:val="center"/>
    </w:pPr>
    <w:r>
      <w:rPr>
        <w:sz w:val="18"/>
      </w:rPr>
      <w:t>ITUM IRC 5 – Author Response to Reviewers’ Comments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06C18" w14:textId="77777777" w:rsidR="004B2036" w:rsidRDefault="004B2036">
      <w:pPr>
        <w:spacing w:after="0" w:line="240" w:lineRule="auto"/>
      </w:pPr>
      <w:r>
        <w:separator/>
      </w:r>
    </w:p>
  </w:footnote>
  <w:footnote w:type="continuationSeparator" w:id="0">
    <w:p w14:paraId="3ED725D8" w14:textId="77777777" w:rsidR="004B2036" w:rsidRDefault="004B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181784">
    <w:abstractNumId w:val="8"/>
  </w:num>
  <w:num w:numId="2" w16cid:durableId="127671348">
    <w:abstractNumId w:val="6"/>
  </w:num>
  <w:num w:numId="3" w16cid:durableId="1928076648">
    <w:abstractNumId w:val="5"/>
  </w:num>
  <w:num w:numId="4" w16cid:durableId="449318585">
    <w:abstractNumId w:val="4"/>
  </w:num>
  <w:num w:numId="5" w16cid:durableId="621806544">
    <w:abstractNumId w:val="7"/>
  </w:num>
  <w:num w:numId="6" w16cid:durableId="652106575">
    <w:abstractNumId w:val="3"/>
  </w:num>
  <w:num w:numId="7" w16cid:durableId="1315185925">
    <w:abstractNumId w:val="2"/>
  </w:num>
  <w:num w:numId="8" w16cid:durableId="1766073552">
    <w:abstractNumId w:val="1"/>
  </w:num>
  <w:num w:numId="9" w16cid:durableId="71115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4E10"/>
    <w:rsid w:val="00326F90"/>
    <w:rsid w:val="004B2036"/>
    <w:rsid w:val="008D4B25"/>
    <w:rsid w:val="00AA1D8D"/>
    <w:rsid w:val="00AE6A8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B751E"/>
  <w14:defaultImageDpi w14:val="300"/>
  <w15:docId w15:val="{B72D8CB5-EF0B-4227-A05A-596C8BD8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Nadeeka Tissera</cp:lastModifiedBy>
  <cp:revision>2</cp:revision>
  <dcterms:created xsi:type="dcterms:W3CDTF">2026-08-20T07:05:00Z</dcterms:created>
  <dcterms:modified xsi:type="dcterms:W3CDTF">2026-08-20T07:05:00Z</dcterms:modified>
  <cp:category/>
</cp:coreProperties>
</file>